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D7823" w14:textId="77777777" w:rsidR="00470724" w:rsidRDefault="00470724" w:rsidP="00470724">
      <w:pPr>
        <w:rPr>
          <w:b/>
          <w:bCs/>
          <w:u w:val="single"/>
          <w:lang w:val="cs-CZ"/>
        </w:rPr>
      </w:pPr>
      <w:r w:rsidRPr="00470724">
        <w:rPr>
          <w:b/>
          <w:bCs/>
          <w:u w:val="single"/>
          <w:lang w:val="cs-CZ"/>
        </w:rPr>
        <w:t>Plavecký kurz pro žáky 1. A</w:t>
      </w:r>
    </w:p>
    <w:p w14:paraId="4D69B23B" w14:textId="77777777" w:rsidR="00470724" w:rsidRPr="00470724" w:rsidRDefault="00470724" w:rsidP="00470724">
      <w:pPr>
        <w:rPr>
          <w:u w:val="single"/>
          <w:lang w:val="cs-CZ"/>
        </w:rPr>
      </w:pPr>
    </w:p>
    <w:p w14:paraId="2636CE01" w14:textId="77777777" w:rsidR="00470724" w:rsidRPr="00470724" w:rsidRDefault="00470724" w:rsidP="00470724">
      <w:pPr>
        <w:rPr>
          <w:lang w:val="cs-CZ"/>
        </w:rPr>
      </w:pPr>
      <w:r w:rsidRPr="00470724">
        <w:rPr>
          <w:lang w:val="cs-CZ"/>
        </w:rPr>
        <w:t>Vážení rodiče,</w:t>
      </w:r>
    </w:p>
    <w:p w14:paraId="1F89B66F" w14:textId="77777777" w:rsidR="00470724" w:rsidRPr="00470724" w:rsidRDefault="00470724" w:rsidP="00470724">
      <w:pPr>
        <w:rPr>
          <w:lang w:val="cs-CZ"/>
        </w:rPr>
      </w:pPr>
      <w:r w:rsidRPr="00470724">
        <w:rPr>
          <w:lang w:val="cs-CZ"/>
        </w:rPr>
        <w:t xml:space="preserve">od </w:t>
      </w:r>
      <w:r w:rsidRPr="00470724">
        <w:rPr>
          <w:b/>
          <w:bCs/>
          <w:lang w:val="cs-CZ"/>
        </w:rPr>
        <w:t>pátku 6. listopadu 2026</w:t>
      </w:r>
      <w:r w:rsidRPr="00470724">
        <w:rPr>
          <w:lang w:val="cs-CZ"/>
        </w:rPr>
        <w:t xml:space="preserve"> budou žáci 1. A v rámci tělesné výchovy absolvovat plavecký kurz v Městských lázních. Kurz zahrnuje celkem </w:t>
      </w:r>
      <w:r w:rsidRPr="00470724">
        <w:rPr>
          <w:b/>
          <w:bCs/>
          <w:lang w:val="cs-CZ"/>
        </w:rPr>
        <w:t>10 lekcí</w:t>
      </w:r>
      <w:r w:rsidRPr="00470724">
        <w:rPr>
          <w:lang w:val="cs-CZ"/>
        </w:rPr>
        <w:t>.</w:t>
      </w:r>
    </w:p>
    <w:p w14:paraId="01289167" w14:textId="77777777" w:rsidR="00470724" w:rsidRPr="00470724" w:rsidRDefault="00470724" w:rsidP="00470724">
      <w:pPr>
        <w:rPr>
          <w:lang w:val="cs-CZ"/>
        </w:rPr>
      </w:pPr>
      <w:r w:rsidRPr="00470724">
        <w:rPr>
          <w:b/>
          <w:bCs/>
          <w:lang w:val="cs-CZ"/>
        </w:rPr>
        <w:t>Cena a úhrada kurzu</w:t>
      </w:r>
    </w:p>
    <w:p w14:paraId="0C5EBE10" w14:textId="77777777" w:rsidR="00470724" w:rsidRDefault="00470724" w:rsidP="00470724">
      <w:pPr>
        <w:rPr>
          <w:lang w:val="cs-CZ"/>
        </w:rPr>
      </w:pPr>
      <w:r w:rsidRPr="00470724">
        <w:rPr>
          <w:lang w:val="cs-CZ"/>
        </w:rPr>
        <w:t xml:space="preserve">Rodiče hradí </w:t>
      </w:r>
      <w:r w:rsidRPr="00470724">
        <w:rPr>
          <w:b/>
          <w:bCs/>
          <w:lang w:val="cs-CZ"/>
        </w:rPr>
        <w:t>400 Kč za žáka</w:t>
      </w:r>
      <w:r w:rsidRPr="00470724">
        <w:rPr>
          <w:lang w:val="cs-CZ"/>
        </w:rPr>
        <w:t xml:space="preserve">, tedy polovinu celkové ceny kurzu. Druhou polovinu hradí Sdružení rodičů a přátel gymnázia (SRPG). Částku prosím uhraďte nejpozději </w:t>
      </w:r>
      <w:r w:rsidRPr="00470724">
        <w:rPr>
          <w:b/>
          <w:bCs/>
          <w:lang w:val="cs-CZ"/>
        </w:rPr>
        <w:t>do 30. října 2026</w:t>
      </w:r>
      <w:r w:rsidRPr="00470724">
        <w:rPr>
          <w:lang w:val="cs-CZ"/>
        </w:rPr>
        <w:t>.</w:t>
      </w:r>
    </w:p>
    <w:p w14:paraId="4BE138DB" w14:textId="77777777" w:rsidR="00470724" w:rsidRPr="00470724" w:rsidRDefault="00470724" w:rsidP="00470724">
      <w:pPr>
        <w:rPr>
          <w:lang w:val="cs-CZ"/>
        </w:rPr>
      </w:pPr>
    </w:p>
    <w:p w14:paraId="29AE34A5" w14:textId="77777777" w:rsidR="00470724" w:rsidRPr="00470724" w:rsidRDefault="00470724" w:rsidP="00470724">
      <w:pPr>
        <w:rPr>
          <w:u w:val="single"/>
          <w:lang w:val="cs-CZ"/>
        </w:rPr>
      </w:pPr>
      <w:r w:rsidRPr="00470724">
        <w:rPr>
          <w:b/>
          <w:bCs/>
          <w:u w:val="single"/>
          <w:lang w:val="cs-CZ"/>
        </w:rPr>
        <w:t>Organizace výuky</w:t>
      </w:r>
    </w:p>
    <w:p w14:paraId="1B267233" w14:textId="7981C948" w:rsidR="00470724" w:rsidRPr="00470724" w:rsidRDefault="00470724" w:rsidP="00470724">
      <w:pPr>
        <w:rPr>
          <w:lang w:val="cs-CZ"/>
        </w:rPr>
      </w:pPr>
      <w:r w:rsidRPr="00470724">
        <w:rPr>
          <w:b/>
          <w:bCs/>
          <w:lang w:val="cs-CZ"/>
        </w:rPr>
        <w:t>Pouze po dobu konání plaveckého kurzu bude upraven rozvrh:</w:t>
      </w:r>
      <w:r w:rsidRPr="00470724">
        <w:rPr>
          <w:lang w:val="cs-CZ"/>
        </w:rPr>
        <w:t xml:space="preserve"> </w:t>
      </w:r>
      <w:r w:rsidRPr="00470724">
        <w:rPr>
          <w:i/>
          <w:iCs/>
          <w:u w:val="single"/>
          <w:lang w:val="cs-CZ"/>
        </w:rPr>
        <w:t>čtvrteční hodina tělesné výchovy se přesune na pátek místo hodiny fyziky.</w:t>
      </w:r>
      <w:r w:rsidRPr="00470724">
        <w:rPr>
          <w:lang w:val="cs-CZ"/>
        </w:rPr>
        <w:t xml:space="preserve"> Vznikne tak páteční dvouhodinový blok tělesné výchovy, během kterého budou žáci docházet na plavání</w:t>
      </w:r>
      <w:r>
        <w:rPr>
          <w:lang w:val="cs-CZ"/>
        </w:rPr>
        <w:t xml:space="preserve"> se svými vyučujícími TV.</w:t>
      </w:r>
    </w:p>
    <w:p w14:paraId="2CF7DEF7" w14:textId="0473FFD7" w:rsidR="00470724" w:rsidRPr="00470724" w:rsidRDefault="00470724" w:rsidP="00470724">
      <w:pPr>
        <w:rPr>
          <w:lang w:val="cs-CZ"/>
        </w:rPr>
      </w:pPr>
      <w:r w:rsidRPr="00470724">
        <w:rPr>
          <w:lang w:val="cs-CZ"/>
        </w:rPr>
        <w:t>Žáci omluvení z tělesné výchovy, kteří nebudou plavat, půjdou s ostatními na bazén. Pokud si přejete, aby Vaše dítě místo účasti na výuce odešlo domů, zajistěte prosím jeho řádné uvolnění u třídního učitele a vyučující</w:t>
      </w:r>
      <w:r>
        <w:rPr>
          <w:lang w:val="cs-CZ"/>
        </w:rPr>
        <w:t>mu</w:t>
      </w:r>
      <w:r w:rsidRPr="00470724">
        <w:rPr>
          <w:lang w:val="cs-CZ"/>
        </w:rPr>
        <w:t xml:space="preserve"> tělesné výchovy zašlete prostřednictvím aplikace Bakaláři výslovný souhlas se samostatným odchodem dítěte domů.</w:t>
      </w:r>
      <w:r>
        <w:rPr>
          <w:lang w:val="cs-CZ"/>
        </w:rPr>
        <w:t xml:space="preserve"> </w:t>
      </w:r>
    </w:p>
    <w:p w14:paraId="08BB1B28" w14:textId="0A459CF1" w:rsidR="00AB2C8C" w:rsidRDefault="00470724" w:rsidP="00470724">
      <w:pPr>
        <w:rPr>
          <w:lang w:val="cs-CZ"/>
        </w:rPr>
      </w:pPr>
      <w:r w:rsidRPr="00470724">
        <w:rPr>
          <w:lang w:val="cs-CZ"/>
        </w:rPr>
        <w:t>Pokud má žák po plavání odejít domů přímo od bazénu a nevracet se se třídou do školy, zašlete prosím vyučující tělesné výchovy předem souhlas s tímto odchodem také prostřednictvím Bakalářů</w:t>
      </w:r>
      <w:r w:rsidR="00AB2C8C">
        <w:rPr>
          <w:lang w:val="cs-CZ"/>
        </w:rPr>
        <w:t xml:space="preserve"> </w:t>
      </w:r>
      <w:r w:rsidR="00AB2C8C">
        <w:rPr>
          <w:lang w:val="cs-CZ"/>
        </w:rPr>
        <w:t>(v případě, že dítě bude odcházet pravidelně po celou dobu plavání, napište prosím souhlas s odchodem na celou dobu kurzu)</w:t>
      </w:r>
      <w:r w:rsidR="00AB2C8C">
        <w:rPr>
          <w:lang w:val="cs-CZ"/>
        </w:rPr>
        <w:t>.</w:t>
      </w:r>
    </w:p>
    <w:p w14:paraId="0C85C723" w14:textId="77777777" w:rsidR="00AB2C8C" w:rsidRPr="00470724" w:rsidRDefault="00AB2C8C" w:rsidP="00470724">
      <w:pPr>
        <w:rPr>
          <w:lang w:val="cs-CZ"/>
        </w:rPr>
      </w:pPr>
    </w:p>
    <w:p w14:paraId="4FA47B66" w14:textId="77777777" w:rsidR="00470724" w:rsidRPr="00AB2C8C" w:rsidRDefault="00470724" w:rsidP="00470724">
      <w:pPr>
        <w:rPr>
          <w:u w:val="single"/>
          <w:lang w:val="cs-CZ"/>
        </w:rPr>
      </w:pPr>
      <w:r w:rsidRPr="00AB2C8C">
        <w:rPr>
          <w:b/>
          <w:bCs/>
          <w:u w:val="single"/>
          <w:lang w:val="cs-CZ"/>
        </w:rPr>
        <w:t>Co si vzít s sebou</w:t>
      </w:r>
    </w:p>
    <w:p w14:paraId="741EE3F3" w14:textId="77777777" w:rsidR="00470724" w:rsidRDefault="00470724" w:rsidP="00470724">
      <w:pPr>
        <w:rPr>
          <w:lang w:val="cs-CZ"/>
        </w:rPr>
      </w:pPr>
      <w:r w:rsidRPr="00470724">
        <w:rPr>
          <w:lang w:val="cs-CZ"/>
        </w:rPr>
        <w:t>Plavky, ručník a mýdlo nebo sprchový gel. Doporučujeme také plavecké brýle a plaveckou čepici. Za chladného počasí prosíme o vhodné teplé oblečení a čepici nebo čelenku na cestu z bazénu.</w:t>
      </w:r>
    </w:p>
    <w:p w14:paraId="3444D7C8" w14:textId="77777777" w:rsidR="00AB2C8C" w:rsidRPr="00470724" w:rsidRDefault="00AB2C8C" w:rsidP="00470724">
      <w:pPr>
        <w:rPr>
          <w:lang w:val="cs-CZ"/>
        </w:rPr>
      </w:pPr>
    </w:p>
    <w:p w14:paraId="601BD0B2" w14:textId="1BA6C514" w:rsidR="00470724" w:rsidRDefault="00470724" w:rsidP="00470724">
      <w:pPr>
        <w:rPr>
          <w:b/>
          <w:bCs/>
          <w:u w:val="single"/>
          <w:lang w:val="cs-CZ"/>
        </w:rPr>
      </w:pPr>
      <w:r w:rsidRPr="00AB2C8C">
        <w:rPr>
          <w:b/>
          <w:bCs/>
          <w:u w:val="single"/>
          <w:lang w:val="cs-CZ"/>
        </w:rPr>
        <w:t>Vyplněnou a podepsanou přihlášku přinesou žáci do školy a odevzdají vyučující</w:t>
      </w:r>
      <w:r w:rsidR="00AB2C8C">
        <w:rPr>
          <w:b/>
          <w:bCs/>
          <w:u w:val="single"/>
          <w:lang w:val="cs-CZ"/>
        </w:rPr>
        <w:t>mu</w:t>
      </w:r>
      <w:r w:rsidRPr="00AB2C8C">
        <w:rPr>
          <w:b/>
          <w:bCs/>
          <w:u w:val="single"/>
          <w:lang w:val="cs-CZ"/>
        </w:rPr>
        <w:t xml:space="preserve"> tělesné výchovy</w:t>
      </w:r>
      <w:r w:rsidR="00AB2C8C">
        <w:rPr>
          <w:b/>
          <w:bCs/>
          <w:u w:val="single"/>
          <w:lang w:val="cs-CZ"/>
        </w:rPr>
        <w:t xml:space="preserve"> do 26.10.2026.</w:t>
      </w:r>
    </w:p>
    <w:p w14:paraId="165DA3F5" w14:textId="77777777" w:rsidR="00AB2C8C" w:rsidRPr="00AB2C8C" w:rsidRDefault="00AB2C8C" w:rsidP="00470724">
      <w:pPr>
        <w:rPr>
          <w:u w:val="single"/>
          <w:lang w:val="cs-CZ"/>
        </w:rPr>
      </w:pPr>
    </w:p>
    <w:p w14:paraId="26221A67" w14:textId="77777777" w:rsidR="00470724" w:rsidRDefault="00470724" w:rsidP="00470724">
      <w:pPr>
        <w:rPr>
          <w:lang w:val="cs-CZ"/>
        </w:rPr>
      </w:pPr>
      <w:r w:rsidRPr="00470724">
        <w:rPr>
          <w:lang w:val="cs-CZ"/>
        </w:rPr>
        <w:t>Děkujeme za spolupráci.</w:t>
      </w:r>
    </w:p>
    <w:p w14:paraId="1E910A08" w14:textId="77777777" w:rsidR="00AB2C8C" w:rsidRPr="00470724" w:rsidRDefault="00AB2C8C" w:rsidP="00470724">
      <w:pPr>
        <w:rPr>
          <w:lang w:val="cs-CZ"/>
        </w:rPr>
      </w:pPr>
    </w:p>
    <w:p w14:paraId="055B9DD0" w14:textId="77777777" w:rsidR="00470724" w:rsidRPr="00470724" w:rsidRDefault="00470724" w:rsidP="00470724">
      <w:pPr>
        <w:rPr>
          <w:lang w:val="cs-CZ"/>
        </w:rPr>
      </w:pPr>
      <w:r w:rsidRPr="00470724">
        <w:rPr>
          <w:lang w:val="cs-CZ"/>
        </w:rPr>
        <w:t>Petra Brychová</w:t>
      </w:r>
    </w:p>
    <w:p w14:paraId="26C1F77A" w14:textId="77777777" w:rsidR="00470724" w:rsidRPr="00470724" w:rsidRDefault="00470724" w:rsidP="00470724">
      <w:pPr>
        <w:rPr>
          <w:lang w:val="cs-CZ"/>
        </w:rPr>
      </w:pPr>
      <w:r w:rsidRPr="00470724">
        <w:rPr>
          <w:rFonts w:ascii="Segoe UI Symbol" w:hAnsi="Segoe UI Symbol" w:cs="Segoe UI Symbol"/>
          <w:lang w:val="cs-CZ"/>
        </w:rPr>
        <w:t>✂</w:t>
      </w:r>
      <w:r w:rsidRPr="00470724">
        <w:rPr>
          <w:lang w:val="cs-CZ"/>
        </w:rPr>
        <w:t xml:space="preserve"> ....................................................................................................................</w:t>
      </w:r>
    </w:p>
    <w:p w14:paraId="7A3FBEA9" w14:textId="77777777" w:rsidR="00470724" w:rsidRPr="00470724" w:rsidRDefault="00470724" w:rsidP="00470724">
      <w:pPr>
        <w:rPr>
          <w:lang w:val="cs-CZ"/>
        </w:rPr>
      </w:pPr>
      <w:r w:rsidRPr="00470724">
        <w:rPr>
          <w:b/>
          <w:bCs/>
          <w:lang w:val="cs-CZ"/>
        </w:rPr>
        <w:t>Přihláška na plavecký kurz</w:t>
      </w:r>
    </w:p>
    <w:p w14:paraId="7A825433" w14:textId="77777777" w:rsidR="00470724" w:rsidRPr="00470724" w:rsidRDefault="00470724" w:rsidP="00470724">
      <w:pPr>
        <w:rPr>
          <w:lang w:val="cs-CZ"/>
        </w:rPr>
      </w:pPr>
      <w:r w:rsidRPr="00470724">
        <w:rPr>
          <w:lang w:val="cs-CZ"/>
        </w:rPr>
        <w:t>Jméno a příjmení žáka/žákyně: ............................................................................</w:t>
      </w:r>
    </w:p>
    <w:p w14:paraId="74E51DA3" w14:textId="77777777" w:rsidR="00470724" w:rsidRPr="00470724" w:rsidRDefault="00470724" w:rsidP="00470724">
      <w:pPr>
        <w:rPr>
          <w:lang w:val="cs-CZ"/>
        </w:rPr>
      </w:pPr>
      <w:r w:rsidRPr="00470724">
        <w:rPr>
          <w:lang w:val="cs-CZ"/>
        </w:rPr>
        <w:t xml:space="preserve">Třída: </w:t>
      </w:r>
      <w:r w:rsidRPr="00470724">
        <w:rPr>
          <w:b/>
          <w:bCs/>
          <w:lang w:val="cs-CZ"/>
        </w:rPr>
        <w:t>1. A</w:t>
      </w:r>
    </w:p>
    <w:p w14:paraId="14AEF2D3" w14:textId="77777777" w:rsidR="00470724" w:rsidRPr="00470724" w:rsidRDefault="00470724" w:rsidP="00470724">
      <w:pPr>
        <w:rPr>
          <w:lang w:val="cs-CZ"/>
        </w:rPr>
      </w:pPr>
      <w:r w:rsidRPr="00470724">
        <w:rPr>
          <w:b/>
          <w:bCs/>
          <w:lang w:val="cs-CZ"/>
        </w:rPr>
        <w:t>Souhlasím / nesouhlasím</w:t>
      </w:r>
      <w:r w:rsidRPr="00470724">
        <w:rPr>
          <w:lang w:val="cs-CZ"/>
        </w:rPr>
        <w:t xml:space="preserve"> </w:t>
      </w:r>
      <w:r w:rsidRPr="00470724">
        <w:rPr>
          <w:i/>
          <w:iCs/>
          <w:lang w:val="cs-CZ"/>
        </w:rPr>
        <w:t>(nehodící se škrtněte)</w:t>
      </w:r>
      <w:r w:rsidRPr="00470724">
        <w:rPr>
          <w:lang w:val="cs-CZ"/>
        </w:rPr>
        <w:t xml:space="preserve"> s účastí svého dítěte na plaveckém kurzu v Městských lázních v rozsahu </w:t>
      </w:r>
      <w:r w:rsidRPr="00470724">
        <w:rPr>
          <w:b/>
          <w:bCs/>
          <w:lang w:val="cs-CZ"/>
        </w:rPr>
        <w:t>10 lekcí</w:t>
      </w:r>
      <w:r w:rsidRPr="00470724">
        <w:rPr>
          <w:lang w:val="cs-CZ"/>
        </w:rPr>
        <w:t xml:space="preserve">, který začíná </w:t>
      </w:r>
      <w:r w:rsidRPr="00470724">
        <w:rPr>
          <w:b/>
          <w:bCs/>
          <w:lang w:val="cs-CZ"/>
        </w:rPr>
        <w:t>6. listopadu 2026</w:t>
      </w:r>
      <w:r w:rsidRPr="00470724">
        <w:rPr>
          <w:lang w:val="cs-CZ"/>
        </w:rPr>
        <w:t>.</w:t>
      </w:r>
    </w:p>
    <w:p w14:paraId="16A63ED4" w14:textId="77777777" w:rsidR="00470724" w:rsidRPr="00470724" w:rsidRDefault="00470724" w:rsidP="00470724">
      <w:pPr>
        <w:rPr>
          <w:lang w:val="cs-CZ"/>
        </w:rPr>
      </w:pPr>
      <w:r w:rsidRPr="00470724">
        <w:rPr>
          <w:lang w:val="cs-CZ"/>
        </w:rPr>
        <w:t xml:space="preserve">Cena hrazená rodiči činí </w:t>
      </w:r>
      <w:r w:rsidRPr="00470724">
        <w:rPr>
          <w:b/>
          <w:bCs/>
          <w:lang w:val="cs-CZ"/>
        </w:rPr>
        <w:t>400 Kč za žáka</w:t>
      </w:r>
      <w:r w:rsidRPr="00470724">
        <w:rPr>
          <w:lang w:val="cs-CZ"/>
        </w:rPr>
        <w:t xml:space="preserve">, tedy polovinu celkové ceny kurzu. Druhou polovinu hradí SRPG. Částku prosím uhraďte nejpozději </w:t>
      </w:r>
      <w:r w:rsidRPr="00470724">
        <w:rPr>
          <w:b/>
          <w:bCs/>
          <w:lang w:val="cs-CZ"/>
        </w:rPr>
        <w:t>do 30. října 2026</w:t>
      </w:r>
      <w:r w:rsidRPr="00470724">
        <w:rPr>
          <w:lang w:val="cs-CZ"/>
        </w:rPr>
        <w:t>.</w:t>
      </w:r>
    </w:p>
    <w:p w14:paraId="02C50B02" w14:textId="77777777" w:rsidR="00470724" w:rsidRPr="00470724" w:rsidRDefault="00470724" w:rsidP="00470724">
      <w:pPr>
        <w:rPr>
          <w:lang w:val="cs-CZ"/>
        </w:rPr>
      </w:pPr>
      <w:r w:rsidRPr="00470724">
        <w:rPr>
          <w:lang w:val="cs-CZ"/>
        </w:rPr>
        <w:t>Datum: ....................................</w:t>
      </w:r>
    </w:p>
    <w:p w14:paraId="5C4403D9" w14:textId="77777777" w:rsidR="00470724" w:rsidRPr="00470724" w:rsidRDefault="00470724" w:rsidP="00470724">
      <w:pPr>
        <w:rPr>
          <w:lang w:val="cs-CZ"/>
        </w:rPr>
      </w:pPr>
      <w:r w:rsidRPr="00470724">
        <w:rPr>
          <w:lang w:val="cs-CZ"/>
        </w:rPr>
        <w:t>Podpis zákonného zástupce: ............................................................................</w:t>
      </w:r>
    </w:p>
    <w:p w14:paraId="744B580C" w14:textId="33E52C87" w:rsidR="00190289" w:rsidRPr="00470724" w:rsidRDefault="00190289" w:rsidP="00470724"/>
    <w:sectPr w:rsidR="00190289" w:rsidRPr="00470724" w:rsidSect="00034616">
      <w:pgSz w:w="11906" w:h="16838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0414452">
    <w:abstractNumId w:val="8"/>
  </w:num>
  <w:num w:numId="2" w16cid:durableId="651712703">
    <w:abstractNumId w:val="6"/>
  </w:num>
  <w:num w:numId="3" w16cid:durableId="1870138180">
    <w:abstractNumId w:val="5"/>
  </w:num>
  <w:num w:numId="4" w16cid:durableId="372578436">
    <w:abstractNumId w:val="4"/>
  </w:num>
  <w:num w:numId="5" w16cid:durableId="30686805">
    <w:abstractNumId w:val="7"/>
  </w:num>
  <w:num w:numId="6" w16cid:durableId="1741827240">
    <w:abstractNumId w:val="3"/>
  </w:num>
  <w:num w:numId="7" w16cid:durableId="26032901">
    <w:abstractNumId w:val="2"/>
  </w:num>
  <w:num w:numId="8" w16cid:durableId="1115100285">
    <w:abstractNumId w:val="1"/>
  </w:num>
  <w:num w:numId="9" w16cid:durableId="164982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0289"/>
    <w:rsid w:val="0029639D"/>
    <w:rsid w:val="00326F90"/>
    <w:rsid w:val="003A21D3"/>
    <w:rsid w:val="00470724"/>
    <w:rsid w:val="00AA1D8D"/>
    <w:rsid w:val="00AB2C8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1EAB45"/>
  <w14:defaultImageDpi w14:val="300"/>
  <w15:docId w15:val="{48BBC014-2D62-4875-A462-690B986E2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20" w:line="250" w:lineRule="auto"/>
    </w:pPr>
    <w:rPr>
      <w:rFonts w:ascii="Calibri" w:hAnsi="Calibri"/>
      <w:color w:val="00000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after="18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4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347</Words>
  <Characters>2053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Petra Brychová</cp:lastModifiedBy>
  <cp:revision>2</cp:revision>
  <dcterms:created xsi:type="dcterms:W3CDTF">2026-10-18T20:03:00Z</dcterms:created>
  <dcterms:modified xsi:type="dcterms:W3CDTF">2026-10-18T20:03:00Z</dcterms:modified>
  <cp:category/>
</cp:coreProperties>
</file>